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0"/>
      </w:pPr>
      <w:r>
        <w:rPr>
          <w:b w:val="0"/>
        </w:rPr>
        <w:t>Lebenslauf</w:t>
      </w:r>
    </w:p>
    <w:p>
      <w:pPr>
        <w:spacing w:after="80"/>
      </w:pPr>
      <w:r>
        <w:rPr>
          <w:b/>
        </w:rPr>
        <w:t>[Vorname Nachname]</w:t>
      </w:r>
    </w:p>
    <w:p>
      <w:pPr>
        <w:spacing w:after="100"/>
      </w:pPr>
      <w:r>
        <w:rPr>
          <w:b w:val="0"/>
        </w:rPr>
        <w:t>[Straße Hausnummer, PLZ Ort]</w:t>
        <w:br/>
        <w:t>[Telefon] · [E-Mail]</w:t>
      </w:r>
    </w:p>
    <w:p>
      <w:pPr>
        <w:spacing w:after="120"/>
      </w:pPr>
      <w:r>
        <w:rPr>
          <w:b w:val="0"/>
        </w:rPr>
        <w:t>Angestrebter Bereich: [Zielbereich passend zur Stelle]</w:t>
      </w:r>
    </w:p>
    <w:p>
      <w:pPr>
        <w:pStyle w:val="Heading2"/>
      </w:pPr>
      <w:r>
        <w:rPr>
          <w:b w:val="0"/>
        </w:rPr>
        <w:t>Berufserfahrung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12"/>
      </w:tblGrid>
      <w:tr>
        <w:trPr>
          <w:cantSplit/>
        </w:trPr>
        <w:tc>
          <w:tcPr>
            <w:tcW w:type="dxa" w:w="2880"/>
          </w:tcPr>
          <w:p>
            <w:pPr>
              <w:spacing w:after="120" w:line="259" w:lineRule="auto"/>
            </w:pPr>
            <w:r>
              <w:t>[MM/JJJJ bis heute]</w:t>
            </w:r>
          </w:p>
        </w:tc>
        <w:tc>
          <w:tcPr>
            <w:tcW w:type="dxa" w:w="6912"/>
          </w:tcPr>
          <w:p>
            <w:pPr>
              <w:spacing w:after="120" w:line="259" w:lineRule="auto"/>
            </w:pPr>
            <w:r>
              <w:t>[Tatsächliche Berufsbezeichnung]</w:t>
              <w:br/>
              <w:t>[Unternehmen, Ort]</w:t>
              <w:br/>
              <w:t>• [Passende Aufgabe und eigener Beitrag]</w:t>
              <w:br/>
              <w:t>• [Weitere zur Stelle passende Tätigkeit]</w:t>
              <w:br/>
              <w:t>• [Relevante verwendete Arbeitsmittel]</w:t>
            </w:r>
          </w:p>
        </w:tc>
      </w:tr>
    </w:tbl>
    <w:p>
      <w:pPr>
        <w:pStyle w:val="Heading2"/>
      </w:pPr>
      <w:r>
        <w:rPr>
          <w:b w:val="0"/>
        </w:rPr>
        <w:t>Ausbildung und Schulbildung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12"/>
      </w:tblGrid>
      <w:tr>
        <w:trPr>
          <w:cantSplit/>
        </w:trPr>
        <w:tc>
          <w:tcPr>
            <w:tcW w:type="dxa" w:w="2880"/>
          </w:tcPr>
          <w:p>
            <w:pPr>
              <w:spacing w:after="120" w:line="259" w:lineRule="auto"/>
            </w:pPr>
            <w:r>
              <w:t>[MM/JJJJ bis MM/JJJJ]</w:t>
            </w:r>
          </w:p>
        </w:tc>
        <w:tc>
          <w:tcPr>
            <w:tcW w:type="dxa" w:w="6912"/>
          </w:tcPr>
          <w:p>
            <w:pPr>
              <w:spacing w:after="120" w:line="259" w:lineRule="auto"/>
            </w:pPr>
            <w:r>
              <w:t>[Ausbildung oder Studium und Abschluss]</w:t>
              <w:br/>
              <w:t>[Betrieb oder Bildungseinrichtung, Ort]</w:t>
              <w:br/>
              <w:t>[Relevanter Schwerpunkt, falls passend]</w:t>
            </w:r>
          </w:p>
        </w:tc>
      </w:tr>
      <w:tr>
        <w:trPr>
          <w:cantSplit/>
        </w:trPr>
        <w:tc>
          <w:tcPr>
            <w:tcW w:type="dxa" w:w="2880"/>
          </w:tcPr>
          <w:p>
            <w:pPr>
              <w:spacing w:after="120" w:line="259" w:lineRule="auto"/>
            </w:pPr>
            <w:r>
              <w:t>[MM/JJJJ bis MM/JJJJ]</w:t>
            </w:r>
          </w:p>
        </w:tc>
        <w:tc>
          <w:tcPr>
            <w:tcW w:type="dxa" w:w="6912"/>
          </w:tcPr>
          <w:p>
            <w:pPr>
              <w:spacing w:after="120" w:line="259" w:lineRule="auto"/>
            </w:pPr>
            <w:r>
              <w:t>[Schulabschluss]</w:t>
              <w:br/>
              <w:t>[Schule, Ort]</w:t>
            </w:r>
          </w:p>
        </w:tc>
      </w:tr>
    </w:tbl>
    <w:p>
      <w:pPr>
        <w:pStyle w:val="Heading2"/>
      </w:pPr>
      <w:r>
        <w:rPr>
          <w:b w:val="0"/>
        </w:rPr>
        <w:t>Kenntnisse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12"/>
      </w:tblGrid>
      <w:tr>
        <w:trPr>
          <w:cantSplit/>
        </w:trPr>
        <w:tc>
          <w:tcPr>
            <w:tcW w:type="dxa" w:w="2880"/>
          </w:tcPr>
          <w:p>
            <w:pPr>
              <w:spacing w:after="120" w:line="259" w:lineRule="auto"/>
            </w:pPr>
            <w:r>
              <w:t>[Arbeitsmittel]</w:t>
            </w:r>
          </w:p>
        </w:tc>
        <w:tc>
          <w:tcPr>
            <w:tcW w:type="dxa" w:w="6912"/>
          </w:tcPr>
          <w:p>
            <w:pPr>
              <w:spacing w:after="120" w:line="259" w:lineRule="auto"/>
            </w:pPr>
            <w:r>
              <w:t>[Was du damit selbstständig erledigen kannst]</w:t>
            </w:r>
          </w:p>
        </w:tc>
      </w:tr>
      <w:tr>
        <w:trPr>
          <w:cantSplit/>
        </w:trPr>
        <w:tc>
          <w:tcPr>
            <w:tcW w:type="dxa" w:w="2880"/>
          </w:tcPr>
          <w:p>
            <w:pPr>
              <w:spacing w:after="120" w:line="259" w:lineRule="auto"/>
            </w:pPr>
            <w:r>
              <w:t>[Software]</w:t>
            </w:r>
          </w:p>
        </w:tc>
        <w:tc>
          <w:tcPr>
            <w:tcW w:type="dxa" w:w="6912"/>
          </w:tcPr>
          <w:p>
            <w:pPr>
              <w:spacing w:after="120" w:line="259" w:lineRule="auto"/>
            </w:pPr>
            <w:r>
              <w:t>[Kenntnisstand mit konkreter Tätigkeit]</w:t>
            </w:r>
          </w:p>
        </w:tc>
      </w:tr>
      <w:tr>
        <w:trPr>
          <w:cantSplit/>
        </w:trPr>
        <w:tc>
          <w:tcPr>
            <w:tcW w:type="dxa" w:w="2880"/>
          </w:tcPr>
          <w:p>
            <w:pPr>
              <w:spacing w:after="120" w:line="259" w:lineRule="auto"/>
            </w:pPr>
            <w:r>
              <w:t>Sprachen</w:t>
            </w:r>
          </w:p>
        </w:tc>
        <w:tc>
          <w:tcPr>
            <w:tcW w:type="dxa" w:w="6912"/>
          </w:tcPr>
          <w:p>
            <w:pPr>
              <w:spacing w:after="120" w:line="259" w:lineRule="auto"/>
            </w:pPr>
            <w:r>
              <w:t>[Sprache und tatsächlicher Kenntnisstand]</w:t>
            </w:r>
          </w:p>
        </w:tc>
      </w:tr>
    </w:tbl>
    <w:p>
      <w:pPr>
        <w:spacing w:after="240"/>
      </w:pPr>
      <w:r>
        <w:rPr>
          <w:b w:val="0"/>
        </w:rPr>
        <w:t>[Ort, Datum]</w:t>
      </w:r>
    </w:p>
    <w:p>
      <w:pPr>
        <w:spacing w:after="0"/>
      </w:pPr>
      <w:r>
        <w:rPr>
          <w:b w:val="0"/>
        </w:rPr>
        <w:t>[Vorname Nachname]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</dc:title>
  <dc:subject/>
  <dc:creator>Redaktion WelcherBeruf</dc:creator>
  <cp:keywords/>
  <dc:description>Eigene Vorlage von WelcherBeruf. Beispieldaten sind fiktiv.</dc:description>
  <cp:lastModifiedBy>Redaktion WelcherBeruf</cp:lastModifiedBy>
  <cp:revision>1</cp:revision>
  <dcterms:created xsi:type="dcterms:W3CDTF">2026-10-25T12:00:00Z</dcterms:created>
  <dcterms:modified xsi:type="dcterms:W3CDTF">2026-10-25T12:00:00Z</dcterms:modified>
  <cp:category/>
</cp:coreProperties>
</file>