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 w:val="0"/>
        </w:rPr>
        <w:t>[Vorname Nachname]</w:t>
      </w:r>
    </w:p>
    <w:p>
      <w:pPr>
        <w:spacing w:after="20"/>
      </w:pPr>
      <w:r>
        <w:rPr>
          <w:b w:val="0"/>
        </w:rPr>
        <w:t>[Straße Hausnummer, PLZ Ort]</w:t>
      </w:r>
    </w:p>
    <w:p>
      <w:pPr>
        <w:spacing w:after="20"/>
      </w:pPr>
      <w:r>
        <w:rPr>
          <w:b w:val="0"/>
        </w:rPr>
        <w:t>[Telefon] · [E-Mail]</w:t>
      </w:r>
    </w:p>
    <w:p>
      <w:pPr>
        <w:spacing w:after="160"/>
      </w:pPr>
      <w:r>
        <w:rPr>
          <w:b w:val="0"/>
        </w:rPr>
      </w:r>
    </w:p>
    <w:p>
      <w:pPr>
        <w:spacing w:after="0"/>
      </w:pPr>
      <w:r>
        <w:rPr>
          <w:b w:val="0"/>
        </w:rPr>
        <w:t>[Unternehmen]</w:t>
      </w:r>
    </w:p>
    <w:p>
      <w:pPr>
        <w:spacing w:after="0"/>
      </w:pPr>
      <w:r>
        <w:rPr>
          <w:b w:val="0"/>
        </w:rPr>
        <w:t>[Ansprechperson]</w:t>
      </w:r>
    </w:p>
    <w:p>
      <w:pPr>
        <w:spacing w:after="0"/>
      </w:pPr>
      <w:r>
        <w:rPr>
          <w:b w:val="0"/>
        </w:rPr>
        <w:t>[Straße Hausnummer]</w:t>
      </w:r>
    </w:p>
    <w:p>
      <w:pPr>
        <w:spacing w:after="0"/>
      </w:pPr>
      <w:r>
        <w:rPr>
          <w:b w:val="0"/>
        </w:rPr>
        <w:t>[PLZ Ort]</w:t>
      </w:r>
    </w:p>
    <w:p>
      <w:pPr>
        <w:spacing w:after="300"/>
        <w:jc w:val="right"/>
      </w:pPr>
      <w:r>
        <w:rPr>
          <w:b w:val="0"/>
        </w:rPr>
        <w:t>[Ort, Datum]</w:t>
      </w:r>
    </w:p>
    <w:p>
      <w:pPr>
        <w:pStyle w:val="Title"/>
        <w:spacing w:after="280"/>
      </w:pPr>
      <w:r>
        <w:rPr>
          <w:b w:val="0"/>
          <w:sz w:val="26"/>
        </w:rPr>
        <w:t>Bewerbung als [Stellenbezeichnung]</w:t>
      </w:r>
    </w:p>
    <w:p>
      <w:pPr>
        <w:spacing w:after="200"/>
      </w:pPr>
      <w:r>
        <w:rPr>
          <w:b w:val="0"/>
        </w:rPr>
        <w:t>[Persönliche Anrede],</w:t>
      </w:r>
    </w:p>
    <w:p>
      <w:pPr>
        <w:spacing w:after="200"/>
      </w:pPr>
      <w:r>
        <w:rPr>
          <w:b w:val="0"/>
        </w:rPr>
        <w:t>[Welche konkrete Aufgabe an dieser Stelle interessiert dich? Beschreibe deinen eigenen Grund für die Bewerbung und den Bezug zum Unternehmen.]</w:t>
      </w:r>
    </w:p>
    <w:p>
      <w:pPr>
        <w:spacing w:after="200"/>
      </w:pPr>
      <w:r>
        <w:rPr>
          <w:b w:val="0"/>
        </w:rPr>
        <w:t>[Beschreibe eine passende Aufgabe aus deiner bisherigen Arbeit. Erkläre, was du selbst getan hast und warum diese Erfahrung für die neue Stelle nützlich ist.]</w:t>
      </w:r>
    </w:p>
    <w:p>
      <w:pPr>
        <w:spacing w:after="200"/>
      </w:pPr>
      <w:r>
        <w:rPr>
          <w:b w:val="0"/>
        </w:rPr>
        <w:t>[Nenne ein weiteres relevantes Beispiel oder zeige, wie du neue Abläufe gelernt hast. Beschreibe vorhandene Kenntnisse korrekt und benenne, was du in der Einarbeitung lernen möchtest.]</w:t>
      </w:r>
    </w:p>
    <w:p>
      <w:pPr>
        <w:spacing w:after="200"/>
      </w:pPr>
      <w:r>
        <w:rPr>
          <w:b w:val="0"/>
        </w:rPr>
        <w:t>[Formuliere deinen Wunsch nach einem Gespräch. Ergänze den möglichen Eintrittstermin und eine Gehaltsvorstellung, falls die Anzeige diese verlangt.]</w:t>
      </w:r>
    </w:p>
    <w:p>
      <w:pPr>
        <w:spacing w:after="300"/>
      </w:pPr>
      <w:r>
        <w:rPr>
          <w:b w:val="0"/>
        </w:rPr>
        <w:t>Mit freundlichen Grüßen</w:t>
      </w:r>
    </w:p>
    <w:p>
      <w:pPr>
        <w:spacing w:after="0"/>
      </w:pPr>
      <w:r>
        <w:rPr>
          <w:b w:val="0"/>
        </w:rPr>
        <w:t>[Vorname Nachname]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für dein Anschreiben</dc:title>
  <dc:subject/>
  <dc:creator>Redaktion WelcherBeruf</dc:creator>
  <cp:keywords/>
  <dc:description>Eigene Vorlage von WelcherBeruf. Beispieldaten sind fiktiv.</dc:description>
  <cp:lastModifiedBy>Redaktion WelcherBeruf</cp:lastModifiedBy>
  <cp:revision>1</cp:revision>
  <dcterms:created xsi:type="dcterms:W3CDTF">2026-10-25T12:00:00Z</dcterms:created>
  <dcterms:modified xsi:type="dcterms:W3CDTF">2026-10-25T12:00:00Z</dcterms:modified>
  <cp:category/>
</cp:coreProperties>
</file>