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rPr>
          <w:b w:val="0"/>
        </w:rPr>
        <w:t>Alex Beispiel</w:t>
      </w:r>
    </w:p>
    <w:p>
      <w:pPr>
        <w:spacing w:after="20"/>
      </w:pPr>
      <w:r>
        <w:rPr>
          <w:b w:val="0"/>
        </w:rPr>
        <w:t>Musterstraße 12, 12345 Musterstadt</w:t>
      </w:r>
    </w:p>
    <w:p>
      <w:pPr>
        <w:spacing w:after="20"/>
      </w:pPr>
      <w:r>
        <w:rPr>
          <w:b w:val="0"/>
        </w:rPr>
        <w:t>0123 456789 · alex.beispiel@example.com</w:t>
      </w:r>
    </w:p>
    <w:p>
      <w:pPr>
        <w:spacing w:after="160"/>
      </w:pPr>
      <w:r>
        <w:rPr>
          <w:b w:val="0"/>
        </w:rPr>
      </w:r>
    </w:p>
    <w:p>
      <w:pPr>
        <w:spacing w:after="0"/>
      </w:pPr>
      <w:r>
        <w:rPr>
          <w:b w:val="0"/>
        </w:rPr>
        <w:t>Beispielversand GmbH</w:t>
      </w:r>
    </w:p>
    <w:p>
      <w:pPr>
        <w:spacing w:after="0"/>
      </w:pPr>
      <w:r>
        <w:rPr>
          <w:b w:val="0"/>
        </w:rPr>
        <w:t>Frau Muster</w:t>
      </w:r>
    </w:p>
    <w:p>
      <w:pPr>
        <w:spacing w:after="0"/>
      </w:pPr>
      <w:r>
        <w:rPr>
          <w:b w:val="0"/>
        </w:rPr>
        <w:t>Beispielweg 8</w:t>
      </w:r>
    </w:p>
    <w:p>
      <w:pPr>
        <w:spacing w:after="0"/>
      </w:pPr>
      <w:r>
        <w:rPr>
          <w:b w:val="0"/>
        </w:rPr>
        <w:t>12345 Musterstadt</w:t>
      </w:r>
    </w:p>
    <w:p>
      <w:pPr>
        <w:spacing w:after="300"/>
        <w:jc w:val="right"/>
      </w:pPr>
      <w:r>
        <w:rPr>
          <w:b w:val="0"/>
        </w:rPr>
        <w:t>Musterstadt, 25. Oktober 2026</w:t>
      </w:r>
    </w:p>
    <w:p>
      <w:pPr>
        <w:pStyle w:val="Title"/>
        <w:spacing w:after="280"/>
      </w:pPr>
      <w:r>
        <w:rPr>
          <w:b w:val="0"/>
          <w:sz w:val="26"/>
        </w:rPr>
        <w:t>Bewerbung als Mitarbeiter im Kundenservice</w:t>
      </w:r>
    </w:p>
    <w:p>
      <w:pPr>
        <w:spacing w:after="200"/>
      </w:pPr>
      <w:r>
        <w:rPr>
          <w:b w:val="0"/>
        </w:rPr>
        <w:t>Sehr geehrte Frau Muster,</w:t>
      </w:r>
    </w:p>
    <w:p>
      <w:pPr>
        <w:spacing w:after="200"/>
      </w:pPr>
      <w:r>
        <w:rPr>
          <w:b w:val="0"/>
        </w:rPr>
        <w:t>Wenn Kunden mit einem Problem ins Geschäft kommen, möchte ich herausfinden, was passiert ist und wie wir ihnen weiterhelfen können. Diese Arbeit möchte ich künftig in Ihrem Kundenservice übernehmen. An Ihrer ausgeschriebenen Stelle interessiert mich besonders, Anfragen zu Bestellungen von der ersten Nachricht bis zur Klärung zu begleiten.</w:t>
      </w:r>
    </w:p>
    <w:p>
      <w:pPr>
        <w:spacing w:after="200"/>
      </w:pPr>
      <w:r>
        <w:rPr>
          <w:b w:val="0"/>
        </w:rPr>
        <w:t>Seit 2022 arbeite ich als Verkäufer. Ich bearbeite Reklamationen, prüfe Bestellinformationen und erkläre Kunden die nächsten Schritte. Offene Anliegen halte ich für meine Kollegen fest. Dadurch bin ich es gewohnt, auch bei verärgerten Kunden ruhig nachzufragen und die Bearbeitung nachvollziehbar zu dokumentieren.</w:t>
      </w:r>
    </w:p>
    <w:p>
      <w:pPr>
        <w:spacing w:after="200"/>
      </w:pPr>
      <w:r>
        <w:rPr>
          <w:b w:val="0"/>
        </w:rPr>
        <w:t>Als unser Betrieb ein neues Warenwirtschaftssystem eingeführt hat, habe ich die Abläufe für Bestellungen und Rückgaben erlernt und anschließend selbstständig genutzt. Während der Einarbeitung möchte ich lernen, Anfragen in Ihrem Ticketsystem zu bearbeiten. Meine Erfahrung im direkten Kundenkontakt bringe ich dafür mit.</w:t>
      </w:r>
    </w:p>
    <w:p>
      <w:pPr>
        <w:spacing w:after="200"/>
      </w:pPr>
      <w:r>
        <w:rPr>
          <w:b w:val="0"/>
        </w:rPr>
        <w:t>Gerne erläutere ich Ihnen im Gespräch, wie ich typische Kundenanliegen bearbeite. Ein Einstieg ist für mich ab dem 1. Januar 2027 möglich.</w:t>
      </w:r>
    </w:p>
    <w:p>
      <w:pPr>
        <w:spacing w:after="300"/>
      </w:pPr>
      <w:r>
        <w:rPr>
          <w:b w:val="0"/>
        </w:rPr>
        <w:t>Mit freundlichen Grüßen</w:t>
      </w:r>
    </w:p>
    <w:p>
      <w:pPr>
        <w:spacing w:after="0"/>
      </w:pPr>
      <w:r>
        <w:rPr>
          <w:b w:val="0"/>
        </w:rPr>
        <w:t>Alex Beispiel</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contextualSpacing/>
    </w:pPr>
    <w:rPr>
      <w:rFonts w:asciiTheme="majorHAnsi" w:eastAsiaTheme="majorEastAsia" w:hAnsiTheme="majorHAnsi" w:cstheme="majorBidi" w:ascii="Calibri" w:hAnsi="Calibri"/>
      <w:b/>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im Kundenservice</dc:title>
  <dc:subject/>
  <dc:creator>Redaktion WelcherBeruf</dc:creator>
  <cp:keywords/>
  <dc:description>Eigene Vorlage von WelcherBeruf. Beispieldaten sind fiktiv.</dc:description>
  <cp:lastModifiedBy>Redaktion WelcherBeruf</cp:lastModifiedBy>
  <cp:revision>1</cp:revision>
  <dcterms:created xsi:type="dcterms:W3CDTF">2026-10-25T12:00:00Z</dcterms:created>
  <dcterms:modified xsi:type="dcterms:W3CDTF">2026-10-25T12:00:00Z</dcterms:modified>
  <cp:category/>
</cp:coreProperties>
</file>