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Praktikumsbericht planen</w:t>
      </w:r>
    </w:p>
    <w:p>
      <w:r>
        <w:t>Mit dieser Vorlage ordnest du deine Erfahrungen aus dem Schülerpraktikum. Trage zuerst den Arbeitsauftrag deiner Schule ein. Passe die Kapitel an und entwickle daraus deine eigenen Berichtstexte.</w:t>
      </w:r>
    </w:p>
    <w:p>
      <w:r>
        <w:t>Name und Klasse: [Vorname Nachname, Klasse]</w:t>
      </w:r>
    </w:p>
    <w:p>
      <w:r>
        <w:t>Betrieb und Zeitraum: [Betrieb, Beginn und Ende]</w:t>
      </w:r>
    </w:p>
    <w:p>
      <w:r>
        <w:t>Abgabe und Schulvorgaben: [Termin, Pflichtkapitel, Umfang, Seitenformat und Dateiformat]</w:t>
      </w:r>
    </w:p>
    <w:p>
      <w:pPr>
        <w:pStyle w:val="Heading2"/>
      </w:pPr>
      <w:r>
        <w:t>Deckblatt und Inhaltsverzeichnis</w:t>
      </w:r>
    </w:p>
    <w:p>
      <w:r>
        <w:t>Name, Schule, Klasse, Betrieb und Praktikumszeitraum festhalten. Kapitel und Seitenzahlen nach den Vorgaben der Schule ergänzen.</w:t>
      </w:r>
    </w:p>
    <w:p>
      <w:r>
        <w:t>[Deine Planung für dieses Kapitel]</w:t>
      </w:r>
    </w:p>
    <w:p>
      <w:pPr>
        <w:pStyle w:val="Heading2"/>
      </w:pPr>
      <w:r>
        <w:t>Einleitung und Erwartungen</w:t>
      </w:r>
    </w:p>
    <w:p>
      <w:r>
        <w:t>Warum hast du den Betrieb gewählt? Welche Aufgaben wolltest du kennenlernen? Notiere deinen eigenen Ausgangspunkt.</w:t>
      </w:r>
    </w:p>
    <w:p>
      <w:r>
        <w:t>[Deine Planung für dieses Kapitel]</w:t>
      </w:r>
    </w:p>
    <w:p>
      <w:pPr>
        <w:pStyle w:val="Heading2"/>
      </w:pPr>
      <w:r>
        <w:t>Mein Praktikumsbetrieb</w:t>
      </w:r>
    </w:p>
    <w:p>
      <w:r>
        <w:t>Was bietet der Betrieb an? In welchem Bereich warst du? Halte die für deine Aufgaben wichtigen Angaben und ihre Quellen fest.</w:t>
      </w:r>
    </w:p>
    <w:p>
      <w:r>
        <w:t>[Deine Planung für dieses Kapitel]</w:t>
      </w:r>
    </w:p>
    <w:p>
      <w:pPr>
        <w:pStyle w:val="Heading2"/>
      </w:pPr>
      <w:r>
        <w:t>Meine Aufgaben und ein Arbeitstag</w:t>
      </w:r>
    </w:p>
    <w:p>
      <w:r>
        <w:t>Wähle eine konkrete Aufgabe. Beschreibe Ablauf, deine eigene Mitarbeit und die erhaltene Hilfe. Ergänze die von deiner Schule geforderten Tagesberichte.</w:t>
      </w:r>
    </w:p>
    <w:p>
      <w:r>
        <w:t>[Deine Planung für dieses Kapitel]</w:t>
      </w:r>
    </w:p>
    <w:p>
      <w:pPr>
        <w:pStyle w:val="Heading2"/>
      </w:pPr>
      <w:r>
        <w:t>Meine Auswertung</w:t>
      </w:r>
    </w:p>
    <w:p>
      <w:r>
        <w:t>Vergleiche deine Erwartungen mit einer tatsächlichen Erfahrung. Was möchtest du weiter kennenlernen? Welche Frage bleibt für die Berufswahl offen?</w:t>
      </w:r>
    </w:p>
    <w:p>
      <w:r>
        <w:t>[Deine Planung für dieses Kapitel]</w:t>
      </w:r>
    </w:p>
    <w:p>
      <w:pPr>
        <w:pStyle w:val="Heading2"/>
      </w:pPr>
      <w:r>
        <w:t>Quellen und Anlagen</w:t>
      </w:r>
    </w:p>
    <w:p>
      <w:r>
        <w:t>Notiere verwendete Webseiten, Gespräche und freigegebene Materialien. Prüfe, welche Nachweise oder Erklärungen die Schule verlangt.</w:t>
      </w:r>
    </w:p>
    <w:p>
      <w:r>
        <w:t>[Deine Planung für dieses Kapitel]</w:t>
      </w:r>
    </w:p>
    <w:p>
      <w:r>
        <w:br w:type="page"/>
      </w:r>
    </w:p>
    <w:p>
      <w:pPr>
        <w:pStyle w:val="Title"/>
      </w:pPr>
      <w:r>
        <w:t>Tagesnotizen für deinen Bericht</w:t>
      </w:r>
    </w:p>
    <w:p>
      <w:r>
        <w:t>Kopiere diese Seite für weitere Praktikumstage. Halte zunächst Stichpunkte fest und schreibe später die geforderten Tagesberichte. Verwende keine vertraulichen Daten aus dem Betrieb.</w:t>
      </w:r>
    </w:p>
    <w:p>
      <w:r>
        <w:t>Datum und Arbeitsbereich: [Datum, Bereich]</w:t>
      </w:r>
    </w:p>
    <w:p>
      <w:pPr>
        <w:pStyle w:val="Heading2"/>
      </w:pPr>
      <w:r>
        <w:t>Meine Aufgabe und meine eigene Mitarbeit</w:t>
      </w:r>
    </w:p>
    <w:p>
      <w:r>
        <w:t>[Deine Tagesnotiz]</w:t>
      </w:r>
    </w:p>
    <w:p>
      <w:pPr>
        <w:pStyle w:val="Heading2"/>
      </w:pPr>
      <w:r>
        <w:t>Arbeitsschritte und erhaltene Hilfe</w:t>
      </w:r>
    </w:p>
    <w:p>
      <w:r>
        <w:t>[Deine Tagesnotiz]</w:t>
      </w:r>
    </w:p>
    <w:p>
      <w:pPr>
        <w:pStyle w:val="Heading2"/>
      </w:pPr>
      <w:r>
        <w:t>Das habe ich gelernt oder beobachtet</w:t>
      </w:r>
    </w:p>
    <w:p>
      <w:r>
        <w:t>[Deine Tagesnotiz]</w:t>
      </w:r>
    </w:p>
    <w:p>
      <w:pPr>
        <w:pStyle w:val="Heading2"/>
      </w:pPr>
      <w:r>
        <w:t>Meine offene Frage für den nächsten Tag</w:t>
      </w:r>
    </w:p>
    <w:p>
      <w:r>
        <w:t>[Deine Tagesnotiz]</w:t>
      </w:r>
    </w:p>
    <w:p>
      <w:pPr>
        <w:pStyle w:val="Heading2"/>
      </w:pPr>
      <w:r>
        <w:t>Ausgefülltes Beispiel</w:t>
      </w:r>
    </w:p>
    <w:p>
      <w:r>
        <w:t>Mila Beispiel sortiert im fiktiven Praktikumsbetrieb Beispiel Fahrradservice Ersatzteile. Das Beispiel zeigt, wie kurze Notizen eine Aufgabe festhalten.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7272"/>
      </w:tblGrid>
      <w:tr>
        <w:tc>
          <w:tcPr>
            <w:tcW w:type="dxa" w:w="2520"/>
            <w:shd w:fill="F1F5F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b/>
                <w:sz w:val="21"/>
              </w:rPr>
              <w:t>Meine Aufgabe</w:t>
            </w:r>
          </w:p>
        </w:tc>
        <w:tc>
          <w:tcPr>
            <w:tcW w:type="dxa" w:w="727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sz w:val="21"/>
              </w:rPr>
              <w:t>Ersatzteile sortiert und zwei Lagerfächer neu beschriftet.</w:t>
            </w:r>
          </w:p>
        </w:tc>
      </w:tr>
      <w:tr>
        <w:tc>
          <w:tcPr>
            <w:tcW w:type="dxa" w:w="2520"/>
            <w:shd w:fill="F1F5F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b/>
                <w:sz w:val="21"/>
              </w:rPr>
              <w:t>So bin ich vorgegangen</w:t>
            </w:r>
          </w:p>
        </w:tc>
        <w:tc>
          <w:tcPr>
            <w:tcW w:type="dxa" w:w="727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sz w:val="21"/>
              </w:rPr>
              <w:t>Bezeichnung auf der Verpackung mit dem Fach verglichen. Bei ähnlichen Teilen nachgefragt.</w:t>
            </w:r>
          </w:p>
        </w:tc>
      </w:tr>
      <w:tr>
        <w:tc>
          <w:tcPr>
            <w:tcW w:type="dxa" w:w="2520"/>
            <w:shd w:fill="F1F5F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b/>
                <w:sz w:val="21"/>
              </w:rPr>
              <w:t>Das habe ich gelernt</w:t>
            </w:r>
          </w:p>
        </w:tc>
        <w:tc>
          <w:tcPr>
            <w:tcW w:type="dxa" w:w="727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sz w:val="21"/>
              </w:rPr>
              <w:t>Eine genaue Beschriftung hilft, das passende Ersatzteil zu finden.</w:t>
            </w:r>
          </w:p>
        </w:tc>
      </w:tr>
      <w:tr>
        <w:tc>
          <w:tcPr>
            <w:tcW w:type="dxa" w:w="2520"/>
            <w:shd w:fill="F1F5F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b/>
                <w:sz w:val="21"/>
              </w:rPr>
              <w:t>Das möchte ich noch wissen</w:t>
            </w:r>
          </w:p>
        </w:tc>
        <w:tc>
          <w:tcPr>
            <w:tcW w:type="dxa" w:w="727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120" w:before="120"/>
            </w:pPr>
            <w:r>
              <w:rPr>
                <w:sz w:val="21"/>
              </w:rPr>
              <w:t>Wie erkennt man bei ähnlichen Teilen, für welches Fahrrad sie passen?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WelcherBeruf.de | Gliederung und Tagesnotizen | Stand 5. November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Praktikumsbericht planen</dc:title>
  <dc:subject/>
  <dc:creator>Redaktion WelcherBeruf</dc:creator>
  <cp:keywords/>
  <dc:description>generated by python-docx</dc:description>
  <cp:lastModifiedBy/>
  <cp:revision>1</cp:revision>
  <dcterms:created xsi:type="dcterms:W3CDTF">2026-11-05T12:00:00Z</dcterms:created>
  <dcterms:modified xsi:type="dcterms:W3CDTF">2026-11-05T12:00:00Z</dcterms:modified>
  <cp:category/>
</cp:coreProperties>
</file>