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rPr>
          <w:rFonts w:ascii="Arial" w:hAnsi="Arial"/>
          <w:color w:val="000000"/>
          <w:sz w:val="48"/>
        </w:rPr>
        <w:t>Lebenslauf</w:t>
      </w:r>
    </w:p>
    <w:p>
      <w:pPr>
        <w:spacing w:after="100"/>
      </w:pPr>
      <w:r>
        <w:rPr>
          <w:b/>
        </w:rPr>
        <w:t>[Vorname Nachname]</w:t>
      </w:r>
      <w:r>
        <w:br/>
        <w:t>[Straße Hausnummer, Postleitzahl Ort]</w:t>
      </w:r>
      <w:r>
        <w:br/>
        <w:t>Telefon: [eigene Telefonnummer]</w:t>
      </w:r>
      <w:r>
        <w:br/>
        <w:t>E-Mail: [eigene E-Mail-Adresse]</w:t>
      </w:r>
    </w:p>
    <w:p>
      <w:pPr>
        <w:pStyle w:val="Heading1"/>
        <w:spacing w:before="180" w:after="100"/>
      </w:pPr>
      <w:r>
        <w:rPr>
          <w:rFonts w:ascii="Arial" w:hAnsi="Arial"/>
          <w:color w:val="000000"/>
          <w:sz w:val="22"/>
        </w:rPr>
        <w:t>Schulbildung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seit [MM/JJJJ]</w:t>
      </w:r>
      <w:r>
        <w:rPr>
          <w:b/>
        </w:rPr>
        <w:tab/>
        <w:t>[Aktuelle Schule und Ort]</w:t>
      </w:r>
    </w:p>
    <w:p>
      <w:pPr>
        <w:spacing w:after="40"/>
        <w:ind w:left="1984"/>
      </w:pPr>
      <w:r>
        <w:t>[Klasse und Abschluss, voraussichtlich MM/JJJJ]</w:t>
      </w:r>
    </w:p>
    <w:p>
      <w:pPr>
        <w:spacing w:after="40"/>
        <w:ind w:left="1984"/>
      </w:pPr>
      <w:r>
        <w:t>[Passendes Wahlfach oder Schwerpunkt, falls vorhanden]</w:t>
      </w:r>
    </w:p>
    <w:p>
      <w:pPr>
        <w:keepNext w:val="0"/>
        <w:tabs>
          <w:tab w:pos="1984" w:val="left"/>
        </w:tabs>
        <w:ind w:left="1984" w:hanging="1984"/>
      </w:pPr>
      <w:r>
        <w:rPr>
          <w:sz w:val="18"/>
        </w:rPr>
        <w:t>[Zeitraum]</w:t>
      </w:r>
      <w:r>
        <w:rPr>
          <w:b/>
        </w:rPr>
        <w:tab/>
        <w:t>[Vorherige Schule und Ort]</w:t>
      </w:r>
    </w:p>
    <w:p>
      <w:pPr>
        <w:pStyle w:val="Heading1"/>
        <w:spacing w:before="180" w:after="100"/>
      </w:pPr>
      <w:r>
        <w:rPr>
          <w:rFonts w:ascii="Arial" w:hAnsi="Arial"/>
          <w:color w:val="000000"/>
          <w:sz w:val="22"/>
        </w:rPr>
        <w:t>Erfahrungen und Projekte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[Zeitraum]</w:t>
      </w:r>
      <w:r>
        <w:rPr>
          <w:b/>
        </w:rPr>
        <w:tab/>
        <w:t>[Praktikum, Projekt oder andere eigene Aufgabe]</w:t>
      </w:r>
    </w:p>
    <w:p>
      <w:pPr>
        <w:spacing w:after="40"/>
        <w:ind w:left="1984"/>
      </w:pPr>
      <w:r>
        <w:t>[Deine tatsächliche Tätigkeit kurz beschreiben]</w:t>
      </w:r>
    </w:p>
    <w:p>
      <w:pPr>
        <w:spacing w:after="40"/>
        <w:ind w:left="1984"/>
      </w:pPr>
      <w:r>
        <w:t>[Eine weitere passende Aufgabe ergänzen, falls vorhanden]</w:t>
      </w:r>
    </w:p>
    <w:p>
      <w:pPr>
        <w:pStyle w:val="Heading1"/>
        <w:spacing w:before="180" w:after="100"/>
      </w:pPr>
      <w:r>
        <w:rPr>
          <w:rFonts w:ascii="Arial" w:hAnsi="Arial"/>
          <w:color w:val="000000"/>
          <w:sz w:val="22"/>
        </w:rPr>
        <w:t>Kenntnisse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Sprachen</w:t>
      </w:r>
      <w:r>
        <w:rPr>
          <w:b/>
        </w:rPr>
        <w:tab/>
        <w:t>[Sprache und ehrliche Einschätzung]</w:t>
      </w:r>
    </w:p>
    <w:p>
      <w:pPr>
        <w:spacing w:after="40"/>
        <w:ind w:left="1984"/>
      </w:pPr>
      <w:r>
        <w:t>[Was kannst du in dieser Sprache verstehen oder sagen?]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Computer</w:t>
      </w:r>
      <w:r>
        <w:rPr>
          <w:b/>
        </w:rPr>
        <w:tab/>
        <w:t>[Programm oder Werkzeug]</w:t>
      </w:r>
    </w:p>
    <w:p>
      <w:pPr>
        <w:spacing w:after="40"/>
        <w:ind w:left="1984"/>
      </w:pPr>
      <w:r>
        <w:t>[Welche Aufgaben kannst du damit selbst erledigen?]</w:t>
      </w:r>
    </w:p>
    <w:p>
      <w:pPr>
        <w:pStyle w:val="Heading1"/>
        <w:spacing w:before="180" w:after="100"/>
      </w:pPr>
      <w:r>
        <w:rPr>
          <w:rFonts w:ascii="Arial" w:hAnsi="Arial"/>
          <w:color w:val="000000"/>
          <w:sz w:val="22"/>
        </w:rPr>
        <w:t>Engagement und Interessen</w:t>
      </w:r>
    </w:p>
    <w:p>
      <w:pPr>
        <w:keepNext/>
        <w:tabs>
          <w:tab w:pos="1984" w:val="left"/>
        </w:tabs>
        <w:ind w:left="1984" w:hanging="1984"/>
      </w:pPr>
      <w:r>
        <w:rPr>
          <w:sz w:val="18"/>
        </w:rPr>
        <w:t>[Zeitraum]</w:t>
      </w:r>
      <w:r>
        <w:rPr>
          <w:b/>
        </w:rPr>
        <w:tab/>
        <w:t>[Vereinsaufgabe oder passendes Hobby]</w:t>
      </w:r>
    </w:p>
    <w:p>
      <w:pPr>
        <w:spacing w:after="40"/>
        <w:ind w:left="1984"/>
      </w:pPr>
      <w:r>
        <w:t>[Deine eigene Aufgabe oder Beschäftigung beschreiben]</w:t>
      </w:r>
    </w:p>
    <w:p>
      <w:pPr>
        <w:spacing w:before="200"/>
      </w:pPr>
      <w:r>
        <w:t>[Ort und aktuelles Datum]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172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für Schüler</dc:title>
  <dc:subject>Eigene bearbeitbare Lebenslaufvorlage für die erste Bewerbung</dc:subject>
  <dc:creator>Redaktion WelcherBeruf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