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rPr>
          <w:rFonts w:ascii="Arial" w:hAnsi="Arial"/>
          <w:color w:val="000000"/>
          <w:sz w:val="48"/>
        </w:rPr>
        <w:t>Lebenslauf</w:t>
      </w:r>
    </w:p>
    <w:p>
      <w:pPr>
        <w:spacing w:after="100"/>
      </w:pPr>
      <w:r>
        <w:rPr>
          <w:b/>
        </w:rPr>
        <w:t>Mila Beispiel</w:t>
      </w:r>
      <w:r>
        <w:br/>
        <w:t>Beispielweg 12, 12345 Musterstadt</w:t>
      </w:r>
      <w:r>
        <w:br/>
        <w:t>Telefon: [eigene Telefonnummer]</w:t>
      </w:r>
      <w:r>
        <w:br/>
        <w:t>E-Mail: mila.beispiel@example.com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Schulbildung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seit 08/2021</w:t>
      </w:r>
      <w:r>
        <w:rPr>
          <w:b/>
        </w:rPr>
        <w:tab/>
        <w:t>Beispiel-Realschule, Musterstadt</w:t>
      </w:r>
    </w:p>
    <w:p>
      <w:pPr>
        <w:spacing w:after="40"/>
        <w:ind w:left="1984"/>
      </w:pPr>
      <w:r>
        <w:t>10. Klasse, Realschulabschluss voraussichtlich 07/2027</w:t>
      </w:r>
    </w:p>
    <w:p>
      <w:pPr>
        <w:spacing w:after="40"/>
        <w:ind w:left="1984"/>
      </w:pPr>
      <w:r>
        <w:t>Wahlpflichtfach Technik</w:t>
      </w:r>
    </w:p>
    <w:p>
      <w:pPr>
        <w:keepNext w:val="0"/>
        <w:tabs>
          <w:tab w:pos="1984" w:val="left"/>
        </w:tabs>
        <w:ind w:left="1984" w:hanging="1984"/>
      </w:pPr>
      <w:r>
        <w:rPr>
          <w:sz w:val="18"/>
        </w:rPr>
        <w:t>08/2017 bis 07/2021</w:t>
      </w:r>
      <w:r>
        <w:rPr>
          <w:b/>
        </w:rPr>
        <w:tab/>
        <w:t>Beispiel-Grundschule, Musterstadt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Praktische Erfahrungen und Projekte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02/2026 bis 06/2026</w:t>
      </w:r>
      <w:r>
        <w:rPr>
          <w:b/>
        </w:rPr>
        <w:tab/>
        <w:t>Technikprojekt in der Schule</w:t>
      </w:r>
    </w:p>
    <w:p>
      <w:pPr>
        <w:spacing w:after="40"/>
        <w:ind w:left="1984"/>
      </w:pPr>
      <w:r>
        <w:t>Im Dreierteam ein Holzmodell geplant und gebaut</w:t>
      </w:r>
    </w:p>
    <w:p>
      <w:pPr>
        <w:spacing w:after="40"/>
        <w:ind w:left="1984"/>
      </w:pPr>
      <w:r>
        <w:t>Materialliste geführt und Arbeitsschritte fotografisch dokumentiert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03/2026</w:t>
      </w:r>
      <w:r>
        <w:rPr>
          <w:b/>
        </w:rPr>
        <w:tab/>
        <w:t>Zweiwöchiges Schülerpraktikum bei Beispiel Fahrradservice</w:t>
      </w:r>
    </w:p>
    <w:p>
      <w:pPr>
        <w:spacing w:after="40"/>
        <w:ind w:left="1984"/>
      </w:pPr>
      <w:r>
        <w:t>Ersatzteile sortiert und beschriftet</w:t>
      </w:r>
    </w:p>
    <w:p>
      <w:pPr>
        <w:spacing w:after="40"/>
        <w:ind w:left="1984"/>
      </w:pPr>
      <w:r>
        <w:t>Bei der Kontrolle von Beleuchtung und Reifen mitgeholfen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Kenntnisse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Sprachen</w:t>
      </w:r>
      <w:r>
        <w:rPr>
          <w:b/>
        </w:rPr>
        <w:tab/>
        <w:t>Deutsch und Englisch</w:t>
      </w:r>
    </w:p>
    <w:p>
      <w:pPr>
        <w:spacing w:after="40"/>
        <w:ind w:left="1984"/>
      </w:pPr>
      <w:r>
        <w:t>Deutsch: sicher in Wort und Schrift</w:t>
      </w:r>
    </w:p>
    <w:p>
      <w:pPr>
        <w:spacing w:after="40"/>
        <w:ind w:left="1984"/>
      </w:pPr>
      <w:r>
        <w:t>Englisch: einfache Gespräche und Texte aus dem Schulunterricht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Computer</w:t>
      </w:r>
      <w:r>
        <w:rPr>
          <w:b/>
        </w:rPr>
        <w:tab/>
        <w:t>Textverarbeitung und Präsentationen</w:t>
      </w:r>
    </w:p>
    <w:p>
      <w:pPr>
        <w:spacing w:after="40"/>
        <w:ind w:left="1984"/>
      </w:pPr>
      <w:r>
        <w:t>Dokumente in Word formatieren, Bilder und Tabellen einfügen</w:t>
      </w:r>
    </w:p>
    <w:p>
      <w:pPr>
        <w:spacing w:after="40"/>
        <w:ind w:left="1984"/>
      </w:pPr>
      <w:r>
        <w:t>Präsentationen in PowerPoint erstellen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Engagement und Interessen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seit 09/2025</w:t>
      </w:r>
      <w:r>
        <w:rPr>
          <w:b/>
        </w:rPr>
        <w:tab/>
        <w:t>Mithilfe beim Kindertraining im Beispiel-Sportverein</w:t>
      </w:r>
    </w:p>
    <w:p>
      <w:pPr>
        <w:spacing w:after="40"/>
        <w:ind w:left="1984"/>
      </w:pPr>
      <w:r>
        <w:t>Übungsstationen vorbereitet und Material nach dem Training aufgeräumt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Freizeit</w:t>
      </w:r>
      <w:r>
        <w:rPr>
          <w:b/>
        </w:rPr>
        <w:tab/>
        <w:t>Fahrräder und Modellbau</w:t>
      </w:r>
    </w:p>
    <w:p>
      <w:pPr>
        <w:spacing w:after="40"/>
        <w:ind w:left="1984"/>
      </w:pPr>
      <w:r>
        <w:t>Eigenes Fahrrad pflegen und kleine Holzmodelle bauen</w:t>
      </w:r>
    </w:p>
    <w:p>
      <w:pPr>
        <w:spacing w:before="200"/>
      </w:pPr>
      <w:r>
        <w:t>Musterstadt, 26. Oktober 2026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172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für Schüler</dc:title>
  <dc:subject>Eigene bearbeitbare Lebenslaufvorlage für die erste Bewerbung</dc:subject>
  <dc:creator>Redaktion WelcherBeruf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