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t>[Vorname Nachname]</w:t>
        <w:br/>
        <w:t>[Straße und Hausnummer]</w:t>
        <w:br/>
        <w:t>[Postleitzahl und Ort]</w:t>
        <w:br/>
        <w:t>[Telefonnummer]</w:t>
        <w:br/>
        <w:t>[E-Mail-Adresse]</w:t>
      </w:r>
    </w:p>
    <w:p>
      <w:r>
        <w:t>[Betrieb]</w:t>
        <w:br/>
        <w:t>[Kontaktperson]</w:t>
        <w:br/>
        <w:t>[Straße und Hausnummer]</w:t>
        <w:br/>
        <w:t>[Postleitzahl und Ort]</w:t>
      </w:r>
    </w:p>
    <w:p>
      <w:pPr>
        <w:jc w:val="right"/>
      </w:pPr>
      <w:r>
        <w:t>[Ort und aktuelles Datum]</w:t>
      </w:r>
    </w:p>
    <w:p>
      <w:pPr>
        <w:pStyle w:val="Title"/>
        <w:spacing w:before="120" w:after="240"/>
      </w:pPr>
      <w:r>
        <w:rPr>
          <w:rFonts w:ascii="Arial" w:hAnsi="Arial"/>
          <w:b/>
          <w:color w:val="000000"/>
          <w:sz w:val="24"/>
        </w:rPr>
        <w:t>Bewerbung um ein Schülerpraktikum vom [Startdatum] bis [Enddatum]</w:t>
      </w:r>
    </w:p>
    <w:p>
      <w:r>
        <w:t>[Passende persönliche Anrede],</w:t>
      </w:r>
    </w:p>
    <w:p>
      <w:r>
        <w:t>[Nenne deine Schule, Klasse und den vorgesehenen Zeitraum. Handelt es sich um ein Schulpraktikum oder ein freiwilliges Praktikum?]</w:t>
      </w:r>
    </w:p>
    <w:p>
      <w:r>
        <w:t>[Welche Arbeit möchtest du bei diesem Betrieb kennenlernen? Beschreibe, was dich an seinen Aufgaben interessiert.]</w:t>
      </w:r>
    </w:p>
    <w:p>
      <w:r>
        <w:t>[Welche eigene Erfahrung passt dazu? Das kann ein Schulprojekt, ein Hobby, eine Vereinsaufgabe oder ein früheres Praktikum sein. Schreibe, was du selbst gemacht hast.]</w:t>
      </w:r>
    </w:p>
    <w:p>
      <w:r>
        <w:t>[Bitte um eine Rückmeldung oder ein Kennenlernen und nenne die Unterlagen, die du tatsächlich beigefügt hast.]</w:t>
      </w:r>
    </w:p>
    <w:p>
      <w:pPr>
        <w:spacing w:after="240"/>
      </w:pPr>
      <w:r>
        <w:t>Mit freundlichen Grüßen</w:t>
        <w:br/>
        <w:br/>
        <w:t>[Vorname Nachname]</w:t>
      </w:r>
    </w:p>
    <w:p>
      <w:r>
        <w:t>Anlagen: [Tatsächlich beigefügte Unterlagen]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um ein Schülerpraktikum</dc:title>
  <dc:subject/>
  <dc:creator>Redaktion WelcherBeruf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