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Pr>
      <w:r>
        <w:t>Mila Beispiel</w:t>
        <w:br/>
        <w:t>Beispielweg 12, 12345 Musterstadt</w:t>
        <w:br/>
        <w:t>Telefon: [eigene Telefonnummer]</w:t>
        <w:br/>
        <w:t>E-Mail: mila.beispiel@example.com</w:t>
      </w:r>
    </w:p>
    <w:p>
      <w:r>
        <w:t>Beispiel Elektrotechnik GmbH</w:t>
        <w:br/>
        <w:t>Herrn Jonas Muster</w:t>
        <w:br/>
        <w:t>Musterstraße 24</w:t>
        <w:br/>
        <w:t>12345 Musterstadt</w:t>
      </w:r>
    </w:p>
    <w:p>
      <w:pPr>
        <w:jc w:val="right"/>
      </w:pPr>
      <w:r>
        <w:t>Musterstadt, 26. Oktober 2026</w:t>
      </w:r>
    </w:p>
    <w:p>
      <w:pPr>
        <w:pStyle w:val="Title"/>
        <w:spacing w:before="120" w:after="240"/>
      </w:pPr>
      <w:r>
        <w:rPr>
          <w:rFonts w:ascii="Arial" w:hAnsi="Arial"/>
          <w:b/>
          <w:color w:val="000000"/>
          <w:sz w:val="24"/>
        </w:rPr>
        <w:t>Bewerbung um ein Schülerpraktikum vom 8. bis 19. März 2027</w:t>
      </w:r>
    </w:p>
    <w:p>
      <w:r>
        <w:t>Sehr geehrter Herr Muster,</w:t>
      </w:r>
    </w:p>
    <w:p>
      <w:r>
        <w:t>ich besuche die zehnte Klasse der Beispiel-Realschule in Musterstadt. Vom 8. bis 19. März 2027 ist für meine Klasse ein Schulpraktikum vorgesehen. Diesen Zeitraum möchte ich nutzen, um die Arbeit in Ihrem Elektrotechnikbetrieb kennenzulernen.</w:t>
      </w:r>
    </w:p>
    <w:p>
      <w:r>
        <w:t>Auf Ihrer Website habe ich gesehen, dass Sie elektrische Anlagen in Wohngebäuden installieren und prüfen. Mich interessiert, wie aus einem Plan eine funktionierende Installation wird und wie die Sicherheit anschließend kontrolliert wird. Gerne möchte ich bei einem Praktikum erfahren, welche Aufgaben dabei zum Berufsalltag gehören.</w:t>
      </w:r>
    </w:p>
    <w:p>
      <w:r>
        <w:t>Im Wahlpflichtfach Technik habe ich mit zwei Mitschülern ein Holzmodell geplant und gebaut. Dabei habe ich die Materialliste geführt und unsere Arbeitsschritte fotografisch festgehalten. Bei einem früheren Praktikum in einer Fahrradwerkstatt habe ich Ersatzteile sortiert und bei der Kontrolle von Beleuchtung und Reifen mitgeholfen. Es macht mir Freude, praktisch zu arbeiten und zu verstehen, wie etwas funktioniert.</w:t>
      </w:r>
    </w:p>
    <w:p>
      <w:r>
        <w:t>Über die Möglichkeit, mein Schulpraktikum bei Ihnen zu machen, freue ich mich. Für Rückfragen oder ein kurzes Kennenlernen bin ich gerne erreichbar. Meinen Lebenslauf und mein letztes Schulzeugnis habe ich beigefügt.</w:t>
      </w:r>
    </w:p>
    <w:p>
      <w:pPr>
        <w:spacing w:after="240"/>
      </w:pPr>
      <w:r>
        <w:t>Mit freundlichen Grüßen</w:t>
        <w:br/>
        <w:br/>
        <w:t>Mila Beispiel</w:t>
      </w:r>
    </w:p>
    <w:p>
      <w:r>
        <w:t>Anlagen: Lebenslauf, Schulzeugnis</w:t>
      </w:r>
    </w:p>
    <w:sectPr w:rsidR="00FC693F" w:rsidRPr="0006063C" w:rsidSect="00034616">
      <w:pgSz w:w="11906" w:h="16838"/>
      <w:pgMar w:top="1020"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4"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Bewerbung um ein Schülerpraktikum</dc:title>
  <dc:subject/>
  <dc:creator>Redaktion WelcherBeruf</dc:creator>
  <cp:keywords/>
  <dc:description>generated by python-docx</dc:description>
  <cp:lastModifiedBy/>
  <cp:revision>1</cp:revision>
  <dcterms:created xsi:type="dcterms:W3CDTF">2013-12-23T23:15:00Z</dcterms:created>
  <dcterms:modified xsi:type="dcterms:W3CDTF">2013-12-23T23:15:00Z</dcterms:modified>
  <cp:category/>
</cp:coreProperties>
</file>