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t>[Vorname Nachname]</w:t>
        <w:br/>
        <w:t>[Straße und Hausnummer]</w:t>
        <w:br/>
        <w:t>[Postleitzahl und Ort]</w:t>
        <w:br/>
        <w:t>[Telefonnummer]</w:t>
        <w:br/>
        <w:t>[E-Mail-Adresse]</w:t>
      </w:r>
    </w:p>
    <w:p>
      <w:r>
        <w:t>[Ausbildungsbetrieb]</w:t>
        <w:br/>
        <w:t>[Kontaktperson]</w:t>
        <w:br/>
        <w:t>[Straße und Hausnummer]</w:t>
        <w:br/>
        <w:t>[Postleitzahl und Ort]</w:t>
      </w:r>
    </w:p>
    <w:p>
      <w:pPr>
        <w:jc w:val="right"/>
      </w:pPr>
      <w:r>
        <w:t>[Ort und aktuelles Datum]</w:t>
      </w:r>
    </w:p>
    <w:p>
      <w:pPr>
        <w:pStyle w:val="Title"/>
        <w:spacing w:before="120" w:after="240"/>
      </w:pPr>
      <w:r>
        <w:rPr>
          <w:rFonts w:ascii="Arial" w:hAnsi="Arial"/>
          <w:b/>
          <w:color w:val="000000"/>
          <w:sz w:val="24"/>
        </w:rPr>
        <w:t>Bewerbung um eine Ausbildung als [Berufsbezeichnung]</w:t>
      </w:r>
    </w:p>
    <w:p>
      <w:r>
        <w:t>[Passende persönliche Anrede],</w:t>
      </w:r>
    </w:p>
    <w:p>
      <w:r>
        <w:t>[Welche konkrete Tätigkeit möchtest du in diesem Betrieb lernen? Verbinde deinen eigenen Grund mit einer Aufgabe aus der Anzeige. Nenne den Ausbildungsbeginn.]</w:t>
      </w:r>
    </w:p>
    <w:p>
      <w:r>
        <w:t>[Welche Schule und Klasse besuchst du? Nenne deinen voraussichtlichen Abschluss und den Zeitpunkt. Welche Unterrichtserfahrung passt zum Ausbildungswunsch?]</w:t>
      </w:r>
    </w:p>
    <w:p>
      <w:r>
        <w:t>[Beschreibe eine eigene Aufgabe aus Projekt, Praktikum, Nebenjob oder Verein. Was hast du selbst gemacht und wie hilft dir das beim Lernen im Betrieb?]</w:t>
      </w:r>
    </w:p>
    <w:p>
      <w:r>
        <w:t>[Bitte um ein Gespräch und nenne nur die Unterlagen, die du tatsächlich beifügst.]</w:t>
      </w:r>
    </w:p>
    <w:p>
      <w:pPr>
        <w:spacing w:after="240"/>
      </w:pPr>
      <w:r>
        <w:t>Mit freundlichen Grüßen</w:t>
        <w:br/>
        <w:br/>
        <w:t>[Vorname Nachname]</w:t>
      </w:r>
    </w:p>
    <w:p>
      <w:r>
        <w:t>Anlagen: [Tatsächlich beigefügte Unterlagen]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für eine Ausbildungsbewerbung</dc:title>
  <dc:subject/>
  <dc:creator>Redaktion WelcherBeruf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