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t>Mila Beispiel</w:t>
        <w:br/>
        <w:t>Beispielweg 12, 12345 Musterstadt</w:t>
        <w:br/>
        <w:t>Telefon: [eigene Telefonnummer]</w:t>
        <w:br/>
        <w:t>E-Mail: mila.beispiel@example.com</w:t>
      </w:r>
    </w:p>
    <w:p>
      <w:r>
        <w:t>Beispiel Elektrotechnik GmbH</w:t>
        <w:br/>
        <w:t>Herrn Jonas Muster</w:t>
        <w:br/>
        <w:t>Musterstraße 24</w:t>
        <w:br/>
        <w:t>12345 Musterstadt</w:t>
      </w:r>
    </w:p>
    <w:p>
      <w:pPr>
        <w:jc w:val="right"/>
      </w:pPr>
      <w:r>
        <w:t>Musterstadt, 29. Oktober 2026</w:t>
      </w:r>
    </w:p>
    <w:p>
      <w:pPr>
        <w:pStyle w:val="Title"/>
        <w:spacing w:before="120" w:after="240"/>
      </w:pPr>
      <w:r>
        <w:rPr>
          <w:rFonts w:ascii="Arial" w:hAnsi="Arial"/>
          <w:b/>
          <w:color w:val="000000"/>
          <w:sz w:val="24"/>
        </w:rPr>
        <w:t>Bewerbung um eine Ausbildung zur Elektronikerin für Energie- und Gebäudetechnik</w:t>
      </w:r>
    </w:p>
    <w:p>
      <w:r>
        <w:t>Sehr geehrter Herr Muster,</w:t>
      </w:r>
    </w:p>
    <w:p>
      <w:r>
        <w:t>bei meinem Schülerpraktikum in einer Fahrradwerkstatt habe ich bei der Kontrolle von Beleuchtung und Reifen mitgeholfen. Dabei wollte ich genauer verstehen, wie sich ein Fehler finden lässt. In Ihrem Betrieb möchte ich lernen, wie elektrische Anlagen in Wohngebäuden installiert und geprüft werden. Deshalb bewerbe ich mich um den Ausbildungsplatz ab dem 1. September 2027.</w:t>
      </w:r>
    </w:p>
    <w:p>
      <w:r>
        <w:t>Zurzeit besuche ich die zehnte Klasse der Beispiel-Realschule in Musterstadt. Meinen Realschulabschluss werde ich voraussichtlich im Juli 2027 erwerben. Besonders gerne arbeite ich im Wahlpflichtfach Technik an praktischen Projekten.</w:t>
      </w:r>
    </w:p>
    <w:p>
      <w:r>
        <w:t>Von Februar bis Juni habe ich mit zwei Mitschülern ein Holzmodell geplant und gebaut. Ich habe die Materialliste geführt und unsere Arbeitsschritte fotografisch festgehalten. Vor dem Zusammenbauen haben wir die Maße gemeinsam kontrolliert und fehlendes Material ergänzt. Diese Erfahrung möchte ich in die Zusammenarbeit mit Ihrem Montageteam einbringen.</w:t>
      </w:r>
    </w:p>
    <w:p>
      <w:r>
        <w:t>Gerne lerne ich Ihren Betrieb in einem persönlichen Gespräch kennen. Mein Lebenslauf, mein letztes Schulzeugnis und die Bescheinigung über mein Schülerpraktikum liegen bei. Ich freue mich auf Ihre Rückmeldung.</w:t>
      </w:r>
    </w:p>
    <w:p>
      <w:pPr>
        <w:spacing w:after="240"/>
      </w:pPr>
      <w:r>
        <w:t>Mit freundlichen Grüßen</w:t>
        <w:br/>
        <w:br/>
        <w:t>Mila Beispiel</w:t>
      </w:r>
    </w:p>
    <w:p>
      <w:r>
        <w:t>Anlagen: Lebenslauf, Schulzeugnis, Praktikumsbescheinigung</w:t>
      </w:r>
    </w:p>
    <w:sectPr w:rsidR="00FC693F" w:rsidRPr="0006063C" w:rsidSect="00034616">
      <w:pgSz w:w="11906" w:h="16838"/>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um einen Ausbildungsplatz</dc:title>
  <dc:subject/>
  <dc:creator>Redaktion WelcherBeruf</dc:creator>
  <cp:keywords/>
  <dc:description>generated by python-docx</dc:description>
  <cp:lastModifiedBy/>
  <cp:revision>1</cp:revision>
  <dcterms:created xsi:type="dcterms:W3CDTF">2013-12-23T23:15:00Z</dcterms:created>
  <dcterms:modified xsi:type="dcterms:W3CDTF">2013-12-23T23:15:00Z</dcterms:modified>
  <cp:category/>
</cp:coreProperties>
</file>